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E380" w14:textId="77777777" w:rsidR="008F7C3D" w:rsidRDefault="00B1118B">
      <w:pPr>
        <w:pStyle w:val="Heading1"/>
      </w:pPr>
      <w:bookmarkStart w:id="0" w:name="_GoBack"/>
      <w:bookmarkEnd w:id="0"/>
      <w:r>
        <w:t>Camp PTA – Advocate's Trail Guide</w:t>
      </w:r>
    </w:p>
    <w:p w14:paraId="7871779E" w14:textId="77777777" w:rsidR="008F7C3D" w:rsidRDefault="00B1118B">
      <w:r>
        <w:rPr>
          <w:b/>
        </w:rPr>
        <w:t>Focus Your Binoculars on Advocacy 101</w:t>
      </w:r>
      <w:r>
        <w:rPr>
          <w:b/>
        </w:rPr>
        <w:br/>
      </w:r>
      <w:r>
        <w:t>Use this guide during the workshop to map your advocacy journey.</w:t>
      </w:r>
      <w:r>
        <w:br/>
      </w:r>
    </w:p>
    <w:p w14:paraId="3406EB99" w14:textId="77777777" w:rsidR="008F7C3D" w:rsidRDefault="00B1118B">
      <w:pPr>
        <w:pStyle w:val="Heading2"/>
      </w:pPr>
      <w:r>
        <w:t>🏕</w:t>
      </w:r>
      <w:r>
        <w:t xml:space="preserve"> Camp Check-In</w:t>
      </w:r>
    </w:p>
    <w:p w14:paraId="08892886" w14:textId="77777777" w:rsidR="008F7C3D" w:rsidRDefault="00B1118B">
      <w:r>
        <w:t>What issue are you most passionate about?</w:t>
      </w:r>
    </w:p>
    <w:p w14:paraId="10E44B4A" w14:textId="77777777" w:rsidR="008F7C3D" w:rsidRDefault="00B1118B">
      <w:r>
        <w:t>______________________________________________________________________</w:t>
      </w:r>
    </w:p>
    <w:p w14:paraId="2129089D" w14:textId="77777777" w:rsidR="008F7C3D" w:rsidRDefault="00B1118B">
      <w:r>
        <w:t>Why is this issue important to you?</w:t>
      </w:r>
    </w:p>
    <w:p w14:paraId="3E3C2163" w14:textId="77777777" w:rsidR="008F7C3D" w:rsidRDefault="00B1118B">
      <w:r>
        <w:t>______________________________________________________________________</w:t>
      </w:r>
    </w:p>
    <w:p w14:paraId="23D9AF34" w14:textId="77777777" w:rsidR="008F7C3D" w:rsidRDefault="00B1118B">
      <w:r>
        <w:t>Who is impacted?</w:t>
      </w:r>
    </w:p>
    <w:p w14:paraId="7123285E" w14:textId="77777777" w:rsidR="008F7C3D" w:rsidRDefault="00B1118B">
      <w:r>
        <w:t>_____________________________________________________________</w:t>
      </w:r>
      <w:r>
        <w:t>_________</w:t>
      </w:r>
    </w:p>
    <w:p w14:paraId="6CD08D1D" w14:textId="77777777" w:rsidR="008F7C3D" w:rsidRDefault="00B1118B">
      <w:pPr>
        <w:pStyle w:val="Heading2"/>
      </w:pPr>
      <w:r>
        <w:t>🧭</w:t>
      </w:r>
      <w:r>
        <w:t xml:space="preserve"> Choose Your Trail</w:t>
      </w:r>
    </w:p>
    <w:p w14:paraId="17C29231" w14:textId="77777777" w:rsidR="008F7C3D" w:rsidRDefault="00B1118B">
      <w:r>
        <w:t>Is this issue best addressed at the classroom, school, district, state, or federal level?</w:t>
      </w:r>
    </w:p>
    <w:p w14:paraId="1E6F10A2" w14:textId="77777777" w:rsidR="008F7C3D" w:rsidRDefault="00B1118B">
      <w:r>
        <w:t>______________________________________________________________________</w:t>
      </w:r>
    </w:p>
    <w:p w14:paraId="25DDDE7C" w14:textId="77777777" w:rsidR="008F7C3D" w:rsidRDefault="00B1118B">
      <w:r>
        <w:t>Who are the decision-makers?</w:t>
      </w:r>
    </w:p>
    <w:p w14:paraId="4BAD0766" w14:textId="77777777" w:rsidR="008F7C3D" w:rsidRDefault="00B1118B">
      <w:r>
        <w:t>___________________________________</w:t>
      </w:r>
      <w:r>
        <w:t>___________________________________</w:t>
      </w:r>
    </w:p>
    <w:p w14:paraId="4801B16A" w14:textId="77777777" w:rsidR="008F7C3D" w:rsidRDefault="00B1118B">
      <w:pPr>
        <w:pStyle w:val="Heading2"/>
      </w:pPr>
      <w:r>
        <w:t>🎒</w:t>
      </w:r>
      <w:r>
        <w:t xml:space="preserve"> Pack Your Advocacy Backpack</w:t>
      </w:r>
    </w:p>
    <w:p w14:paraId="040015CA" w14:textId="77777777" w:rsidR="008F7C3D" w:rsidRDefault="00B1118B">
      <w:r>
        <w:t>Facts or data I need:</w:t>
      </w:r>
    </w:p>
    <w:p w14:paraId="1250978A" w14:textId="77777777" w:rsidR="008F7C3D" w:rsidRDefault="00B1118B">
      <w:r>
        <w:t>______________________________________________________________________</w:t>
      </w:r>
    </w:p>
    <w:p w14:paraId="38D2429B" w14:textId="77777777" w:rsidR="008F7C3D" w:rsidRDefault="00B1118B">
      <w:r>
        <w:t>My personal story:</w:t>
      </w:r>
    </w:p>
    <w:p w14:paraId="7551F3FF" w14:textId="77777777" w:rsidR="008F7C3D" w:rsidRDefault="00B1118B">
      <w:r>
        <w:t>______________________________________________________________________</w:t>
      </w:r>
    </w:p>
    <w:p w14:paraId="640A669C" w14:textId="77777777" w:rsidR="008F7C3D" w:rsidRDefault="00B1118B">
      <w:r>
        <w:t>Potent</w:t>
      </w:r>
      <w:r>
        <w:t>ial partners/allies:</w:t>
      </w:r>
    </w:p>
    <w:p w14:paraId="7E0F5AF1" w14:textId="77777777" w:rsidR="008F7C3D" w:rsidRDefault="00B1118B">
      <w:r>
        <w:t>______________________________________________________________________</w:t>
      </w:r>
    </w:p>
    <w:p w14:paraId="2E20BB73" w14:textId="77777777" w:rsidR="008F7C3D" w:rsidRDefault="00B1118B">
      <w:r>
        <w:t>NYS PTA or National PTA position/resolution that supports this issue:</w:t>
      </w:r>
    </w:p>
    <w:p w14:paraId="38C3F3D5" w14:textId="77777777" w:rsidR="008F7C3D" w:rsidRDefault="00B1118B">
      <w:r>
        <w:t>______________________________________________________________________</w:t>
      </w:r>
    </w:p>
    <w:p w14:paraId="506E100A" w14:textId="77777777" w:rsidR="008F7C3D" w:rsidRDefault="00B1118B">
      <w:pPr>
        <w:pStyle w:val="Heading2"/>
      </w:pPr>
      <w:r>
        <w:lastRenderedPageBreak/>
        <w:t>🥾</w:t>
      </w:r>
      <w:r>
        <w:t xml:space="preserve"> Build Your Trail Map</w:t>
      </w:r>
    </w:p>
    <w:p w14:paraId="296A2B6C" w14:textId="77777777" w:rsidR="008F7C3D" w:rsidRDefault="00B1118B">
      <w:r>
        <w:t>My first step:</w:t>
      </w:r>
    </w:p>
    <w:p w14:paraId="69109544" w14:textId="77777777" w:rsidR="008F7C3D" w:rsidRDefault="00B1118B">
      <w:r>
        <w:t>______________________________________________________________________</w:t>
      </w:r>
    </w:p>
    <w:p w14:paraId="3C3B3309" w14:textId="77777777" w:rsidR="008F7C3D" w:rsidRDefault="00B1118B">
      <w:r>
        <w:t>My second step:</w:t>
      </w:r>
    </w:p>
    <w:p w14:paraId="4621B83C" w14:textId="77777777" w:rsidR="008F7C3D" w:rsidRDefault="00B1118B">
      <w:r>
        <w:t>______________________________________________________________________</w:t>
      </w:r>
    </w:p>
    <w:p w14:paraId="16A5B914" w14:textId="77777777" w:rsidR="008F7C3D" w:rsidRDefault="00B1118B">
      <w:r>
        <w:t>My timeline:</w:t>
      </w:r>
    </w:p>
    <w:p w14:paraId="6EBA0197" w14:textId="77777777" w:rsidR="008F7C3D" w:rsidRDefault="00B1118B">
      <w:r>
        <w:t>______________________________________________________________________</w:t>
      </w:r>
    </w:p>
    <w:p w14:paraId="70DBE913" w14:textId="77777777" w:rsidR="008F7C3D" w:rsidRDefault="00B1118B">
      <w:r>
        <w:t>How will I measure success?</w:t>
      </w:r>
    </w:p>
    <w:p w14:paraId="3F897B68" w14:textId="77777777" w:rsidR="008F7C3D" w:rsidRDefault="00B1118B">
      <w:r>
        <w:t>______________________________________________________________________</w:t>
      </w:r>
    </w:p>
    <w:p w14:paraId="18502837" w14:textId="77777777" w:rsidR="008F7C3D" w:rsidRDefault="00B1118B">
      <w:pPr>
        <w:pStyle w:val="Heading2"/>
      </w:pPr>
      <w:r>
        <w:t>🔥</w:t>
      </w:r>
      <w:r>
        <w:t xml:space="preserve"> Campfire Connections</w:t>
      </w:r>
    </w:p>
    <w:p w14:paraId="56237AE1" w14:textId="77777777" w:rsidR="008F7C3D" w:rsidRDefault="00B1118B">
      <w:r>
        <w:t>Who did I meet today that I can partner with?</w:t>
      </w:r>
    </w:p>
    <w:p w14:paraId="2A2DECB8" w14:textId="77777777" w:rsidR="008F7C3D" w:rsidRDefault="00B1118B">
      <w:r>
        <w:t>________________</w:t>
      </w:r>
      <w:r>
        <w:t>______________________________________________________</w:t>
      </w:r>
    </w:p>
    <w:p w14:paraId="3EDF26A9" w14:textId="77777777" w:rsidR="008F7C3D" w:rsidRDefault="00B1118B">
      <w:r>
        <w:t>What resources did I discover?</w:t>
      </w:r>
    </w:p>
    <w:p w14:paraId="11DAF6BE" w14:textId="77777777" w:rsidR="008F7C3D" w:rsidRDefault="00B1118B">
      <w:r>
        <w:t>______________________________________________________________________</w:t>
      </w:r>
    </w:p>
    <w:p w14:paraId="1838863B" w14:textId="77777777" w:rsidR="008F7C3D" w:rsidRDefault="00B1118B">
      <w:pPr>
        <w:pStyle w:val="Heading2"/>
      </w:pPr>
      <w:r>
        <w:t>⭐</w:t>
      </w:r>
      <w:r>
        <w:t xml:space="preserve"> My 30-Day Advocacy Challenge</w:t>
      </w:r>
    </w:p>
    <w:p w14:paraId="4B82498B" w14:textId="77777777" w:rsidR="008F7C3D" w:rsidRDefault="00B1118B">
      <w:r>
        <w:t>One action I will complete within the next 30 days:</w:t>
      </w:r>
    </w:p>
    <w:p w14:paraId="604C379B" w14:textId="77777777" w:rsidR="008F7C3D" w:rsidRDefault="00B1118B">
      <w:r>
        <w:t>________________</w:t>
      </w:r>
      <w:r>
        <w:t>______________________________________________________</w:t>
      </w:r>
    </w:p>
    <w:p w14:paraId="66FE148A" w14:textId="77777777" w:rsidR="008F7C3D" w:rsidRDefault="00B1118B">
      <w:r>
        <w:t>Who will keep me accountable?</w:t>
      </w:r>
    </w:p>
    <w:p w14:paraId="3C66ED2A" w14:textId="77777777" w:rsidR="008F7C3D" w:rsidRDefault="00B1118B">
      <w:r>
        <w:t>______________________________________________________________________</w:t>
      </w:r>
    </w:p>
    <w:p w14:paraId="53A547D6" w14:textId="77777777" w:rsidR="008F7C3D" w:rsidRDefault="00B1118B">
      <w:pPr>
        <w:pStyle w:val="Heading2"/>
      </w:pPr>
      <w:r>
        <w:t>Helpful Resources</w:t>
      </w:r>
    </w:p>
    <w:p w14:paraId="06C1C5F2" w14:textId="45101AEF" w:rsidR="008F7C3D" w:rsidRDefault="00B1118B">
      <w:r>
        <w:t>• NYS PTA Legislative Priorities</w:t>
      </w:r>
      <w:r>
        <w:br/>
        <w:t>• NYS PTA Where We Stand (Resolutions &amp; Positions</w:t>
      </w:r>
      <w:r>
        <w:t>)</w:t>
      </w:r>
      <w:r>
        <w:br/>
        <w:t>• National PTA Action Alerts</w:t>
      </w:r>
      <w:r>
        <w:br/>
        <w:t>• Find Your Elected Officials</w:t>
      </w:r>
    </w:p>
    <w:sectPr w:rsidR="008F7C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4D86"/>
    <w:rsid w:val="008F7C3D"/>
    <w:rsid w:val="00AA1D8D"/>
    <w:rsid w:val="00B1118B"/>
    <w:rsid w:val="00B47730"/>
    <w:rsid w:val="00C1097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DCC7FC"/>
  <w14:defaultImageDpi w14:val="300"/>
  <w15:docId w15:val="{2B090D1B-1FCF-BF4E-9A3C-9807DA55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A8A43D-AC15-479F-AF0C-4C82D3BE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 Raymond</cp:lastModifiedBy>
  <cp:revision>2</cp:revision>
  <dcterms:created xsi:type="dcterms:W3CDTF">2026-07-13T15:52:00Z</dcterms:created>
  <dcterms:modified xsi:type="dcterms:W3CDTF">2026-07-13T15:52:00Z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529d33782766d51a4cd64100654cc9b5546f4016f849927d34017b01bfc8fc62</vt:lpwstr>
  </property>
</Properties>
</file>