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4F60D" w14:textId="77777777" w:rsidR="00B31537" w:rsidRDefault="007A2A40">
      <w:pPr>
        <w:pStyle w:val="Heading1"/>
        <w:jc w:val="center"/>
      </w:pPr>
      <w:bookmarkStart w:id="0" w:name="_GoBack"/>
      <w:bookmarkEnd w:id="0"/>
      <w:r>
        <w:t>Camp PTA Trail Map Worksheet</w:t>
      </w:r>
    </w:p>
    <w:p w14:paraId="3A80046D" w14:textId="77777777" w:rsidR="00B31537" w:rsidRDefault="007A2A40">
      <w:r>
        <w:t>Map your journey from youth volunteering to youth leadership.</w:t>
      </w:r>
      <w:r>
        <w:br/>
      </w:r>
    </w:p>
    <w:p w14:paraId="5C3689CF" w14:textId="77777777" w:rsidR="00B31537" w:rsidRDefault="007A2A40">
      <w:pPr>
        <w:pStyle w:val="Heading2"/>
      </w:pPr>
      <w:r>
        <w:t>🏕</w:t>
      </w:r>
      <w:r>
        <w:t xml:space="preserve"> Destination</w:t>
      </w:r>
    </w:p>
    <w:p w14:paraId="3351BD97" w14:textId="77777777" w:rsidR="00B31537" w:rsidRDefault="007A2A40">
      <w:r>
        <w:t>• What need does your PTA want to address?</w:t>
      </w:r>
    </w:p>
    <w:p w14:paraId="61E31934" w14:textId="77777777" w:rsidR="00B31537" w:rsidRDefault="007A2A40">
      <w:r>
        <w:t>__________________________________________________________________________________________</w:t>
      </w:r>
    </w:p>
    <w:p w14:paraId="604AC771" w14:textId="77777777" w:rsidR="00B31537" w:rsidRDefault="007A2A40">
      <w:r>
        <w:t>__________________________________________________________________________________________</w:t>
      </w:r>
    </w:p>
    <w:p w14:paraId="2FD214F1" w14:textId="77777777" w:rsidR="00B31537" w:rsidRDefault="007A2A40">
      <w:r>
        <w:t>• Who benefits?</w:t>
      </w:r>
    </w:p>
    <w:p w14:paraId="297A21B1" w14:textId="77777777" w:rsidR="00B31537" w:rsidRDefault="007A2A40">
      <w:r>
        <w:t>__________________________________________________________________________________________</w:t>
      </w:r>
    </w:p>
    <w:p w14:paraId="4D6B495C" w14:textId="77777777" w:rsidR="00B31537" w:rsidRDefault="007A2A40">
      <w:r>
        <w:t>__________________________________________________________</w:t>
      </w:r>
      <w:r>
        <w:t>________________________________</w:t>
      </w:r>
    </w:p>
    <w:p w14:paraId="27EA21E5" w14:textId="77777777" w:rsidR="00B31537" w:rsidRDefault="007A2A40">
      <w:pPr>
        <w:pStyle w:val="Heading2"/>
      </w:pPr>
      <w:r>
        <w:t>🧭</w:t>
      </w:r>
      <w:r>
        <w:t xml:space="preserve"> Choose Your Trail</w:t>
      </w:r>
    </w:p>
    <w:p w14:paraId="5C230F01" w14:textId="77777777" w:rsidR="00B31537" w:rsidRDefault="007A2A40">
      <w:r>
        <w:t>• What service project will your PTA organize?</w:t>
      </w:r>
    </w:p>
    <w:p w14:paraId="480377C6" w14:textId="77777777" w:rsidR="00B31537" w:rsidRDefault="007A2A40">
      <w:r>
        <w:t>__________________________________________________________________________________________</w:t>
      </w:r>
    </w:p>
    <w:p w14:paraId="4816BBAC" w14:textId="77777777" w:rsidR="00B31537" w:rsidRDefault="007A2A40">
      <w:r>
        <w:t>________________________________________________________________</w:t>
      </w:r>
      <w:r>
        <w:t>__________________________</w:t>
      </w:r>
    </w:p>
    <w:p w14:paraId="2B2AA009" w14:textId="77777777" w:rsidR="00B31537" w:rsidRDefault="007A2A40">
      <w:r>
        <w:t>• Why will youth want to participate?</w:t>
      </w:r>
    </w:p>
    <w:p w14:paraId="1D4A37FD" w14:textId="77777777" w:rsidR="00B31537" w:rsidRDefault="007A2A40">
      <w:r>
        <w:t>__________________________________________________________________________________________</w:t>
      </w:r>
    </w:p>
    <w:p w14:paraId="435299A9" w14:textId="77777777" w:rsidR="00B31537" w:rsidRDefault="007A2A40">
      <w:r>
        <w:t>__________________________________________________________________________________________</w:t>
      </w:r>
    </w:p>
    <w:p w14:paraId="52DDBD70" w14:textId="77777777" w:rsidR="00B31537" w:rsidRDefault="007A2A40">
      <w:pPr>
        <w:pStyle w:val="Heading2"/>
      </w:pPr>
      <w:r>
        <w:t>🎒</w:t>
      </w:r>
      <w:r>
        <w:t xml:space="preserve"> Pack Y</w:t>
      </w:r>
      <w:r>
        <w:t>our Backpack</w:t>
      </w:r>
    </w:p>
    <w:p w14:paraId="1FB951BF" w14:textId="77777777" w:rsidR="00B31537" w:rsidRDefault="007A2A40">
      <w:r>
        <w:t>• Youth strengths:</w:t>
      </w:r>
    </w:p>
    <w:p w14:paraId="2381E0FC" w14:textId="77777777" w:rsidR="00B31537" w:rsidRDefault="007A2A40">
      <w:r>
        <w:t>__________________________________________________________________________________________</w:t>
      </w:r>
    </w:p>
    <w:p w14:paraId="48A0D9CB" w14:textId="77777777" w:rsidR="00B31537" w:rsidRDefault="007A2A40">
      <w:r>
        <w:t>__________________________________________________________________________________________</w:t>
      </w:r>
    </w:p>
    <w:p w14:paraId="5DD02E11" w14:textId="77777777" w:rsidR="00B31537" w:rsidRDefault="007A2A40">
      <w:r>
        <w:t>• Adult strengths:</w:t>
      </w:r>
    </w:p>
    <w:p w14:paraId="16841C8B" w14:textId="77777777" w:rsidR="00B31537" w:rsidRDefault="007A2A40">
      <w:r>
        <w:t>_______________________</w:t>
      </w:r>
      <w:r>
        <w:t>___________________________________________________________________</w:t>
      </w:r>
    </w:p>
    <w:p w14:paraId="6547B638" w14:textId="77777777" w:rsidR="00B31537" w:rsidRDefault="007A2A40">
      <w:r>
        <w:t>__________________________________________________________________________________________</w:t>
      </w:r>
    </w:p>
    <w:p w14:paraId="0B266541" w14:textId="77777777" w:rsidR="00B31537" w:rsidRDefault="007A2A40">
      <w:r>
        <w:t>• Community partners:</w:t>
      </w:r>
    </w:p>
    <w:p w14:paraId="5B071919" w14:textId="77777777" w:rsidR="00B31537" w:rsidRDefault="007A2A40">
      <w:r>
        <w:t>___________________________________________________________________________</w:t>
      </w:r>
      <w:r>
        <w:t>_______________</w:t>
      </w:r>
    </w:p>
    <w:p w14:paraId="3A5AAD8C" w14:textId="77777777" w:rsidR="00B31537" w:rsidRDefault="007A2A40">
      <w:r>
        <w:lastRenderedPageBreak/>
        <w:t>__________________________________________________________________________________________</w:t>
      </w:r>
    </w:p>
    <w:p w14:paraId="43C0A90E" w14:textId="77777777" w:rsidR="00B31537" w:rsidRDefault="007A2A40">
      <w:pPr>
        <w:pStyle w:val="Heading2"/>
      </w:pPr>
      <w:r>
        <w:t>🥾</w:t>
      </w:r>
      <w:r>
        <w:t xml:space="preserve"> Trail Stops</w:t>
      </w:r>
    </w:p>
    <w:p w14:paraId="512245B7" w14:textId="77777777" w:rsidR="00B31537" w:rsidRDefault="007A2A40">
      <w:r>
        <w:t>• 30-Day Goal</w:t>
      </w:r>
    </w:p>
    <w:p w14:paraId="2AD97033" w14:textId="77777777" w:rsidR="00B31537" w:rsidRDefault="007A2A40">
      <w:r>
        <w:t>__________________________________________________________________________________________</w:t>
      </w:r>
    </w:p>
    <w:p w14:paraId="72B20B86" w14:textId="77777777" w:rsidR="00B31537" w:rsidRDefault="007A2A40">
      <w:r>
        <w:t>__________________________________________________________________________________________</w:t>
      </w:r>
    </w:p>
    <w:p w14:paraId="3370F9F5" w14:textId="77777777" w:rsidR="00B31537" w:rsidRDefault="007A2A40">
      <w:r>
        <w:t>• 60-Day Goal</w:t>
      </w:r>
    </w:p>
    <w:p w14:paraId="10320399" w14:textId="77777777" w:rsidR="00B31537" w:rsidRDefault="007A2A40">
      <w:r>
        <w:t>__________________________________________________________________________________________</w:t>
      </w:r>
    </w:p>
    <w:p w14:paraId="69C0C505" w14:textId="77777777" w:rsidR="00B31537" w:rsidRDefault="007A2A40">
      <w:r>
        <w:t>____________________________________________________________</w:t>
      </w:r>
      <w:r>
        <w:t>______________________________</w:t>
      </w:r>
    </w:p>
    <w:p w14:paraId="235332C0" w14:textId="77777777" w:rsidR="00B31537" w:rsidRDefault="007A2A40">
      <w:r>
        <w:t>• 90-Day Goal</w:t>
      </w:r>
    </w:p>
    <w:p w14:paraId="49CEB2BC" w14:textId="77777777" w:rsidR="00B31537" w:rsidRDefault="007A2A40">
      <w:r>
        <w:t>__________________________________________________________________________________________</w:t>
      </w:r>
    </w:p>
    <w:p w14:paraId="19ABBEF9" w14:textId="77777777" w:rsidR="00B31537" w:rsidRDefault="007A2A40">
      <w:r>
        <w:t>__________________________________________________________________________________________</w:t>
      </w:r>
    </w:p>
    <w:p w14:paraId="6CCA26C7" w14:textId="77777777" w:rsidR="00B31537" w:rsidRDefault="007A2A40">
      <w:pPr>
        <w:pStyle w:val="Heading2"/>
      </w:pPr>
      <w:r>
        <w:t>🔥</w:t>
      </w:r>
      <w:r>
        <w:t xml:space="preserve"> Campfire Connections</w:t>
      </w:r>
    </w:p>
    <w:p w14:paraId="223E95B5" w14:textId="77777777" w:rsidR="00B31537" w:rsidRDefault="007A2A40">
      <w:r>
        <w:t>• How</w:t>
      </w:r>
      <w:r>
        <w:t xml:space="preserve"> will you recruit youth?</w:t>
      </w:r>
    </w:p>
    <w:p w14:paraId="56020C81" w14:textId="77777777" w:rsidR="00B31537" w:rsidRDefault="007A2A40">
      <w:r>
        <w:t>__________________________________________________________________________________________</w:t>
      </w:r>
    </w:p>
    <w:p w14:paraId="27A6A335" w14:textId="77777777" w:rsidR="00B31537" w:rsidRDefault="007A2A40">
      <w:r>
        <w:t>__________________________________________________________________________________________</w:t>
      </w:r>
    </w:p>
    <w:p w14:paraId="3ECFE2C6" w14:textId="77777777" w:rsidR="00B31537" w:rsidRDefault="007A2A40">
      <w:r>
        <w:t>• What leadership roles will youth have?</w:t>
      </w:r>
    </w:p>
    <w:p w14:paraId="483B9A73" w14:textId="77777777" w:rsidR="00B31537" w:rsidRDefault="007A2A40">
      <w:r>
        <w:t>________</w:t>
      </w:r>
      <w:r>
        <w:t>__________________________________________________________________________________</w:t>
      </w:r>
    </w:p>
    <w:p w14:paraId="31A1036C" w14:textId="77777777" w:rsidR="00B31537" w:rsidRDefault="007A2A40">
      <w:r>
        <w:t>__________________________________________________________________________________________</w:t>
      </w:r>
    </w:p>
    <w:p w14:paraId="090D1151" w14:textId="77777777" w:rsidR="00B31537" w:rsidRDefault="007A2A40">
      <w:pPr>
        <w:pStyle w:val="Heading2"/>
      </w:pPr>
      <w:r>
        <w:t>⭐</w:t>
      </w:r>
      <w:r>
        <w:t xml:space="preserve"> Ranger Challenge</w:t>
      </w:r>
    </w:p>
    <w:p w14:paraId="555E040D" w14:textId="77777777" w:rsidR="00B31537" w:rsidRDefault="007A2A40">
      <w:r>
        <w:t>• How will you celebrate success?</w:t>
      </w:r>
    </w:p>
    <w:p w14:paraId="12CE4656" w14:textId="77777777" w:rsidR="00B31537" w:rsidRDefault="007A2A40">
      <w:r>
        <w:t>_____________________________</w:t>
      </w:r>
      <w:r>
        <w:t>_____________________________________________________________</w:t>
      </w:r>
    </w:p>
    <w:p w14:paraId="0E6CFC08" w14:textId="77777777" w:rsidR="00B31537" w:rsidRDefault="007A2A40">
      <w:r>
        <w:t>__________________________________________________________________________________________</w:t>
      </w:r>
    </w:p>
    <w:p w14:paraId="060D6785" w14:textId="77777777" w:rsidR="00B31537" w:rsidRDefault="007A2A40">
      <w:r>
        <w:t>• How will you measure impact?</w:t>
      </w:r>
    </w:p>
    <w:p w14:paraId="4B491E06" w14:textId="77777777" w:rsidR="00B31537" w:rsidRDefault="007A2A40">
      <w:r>
        <w:t>________________________________________________________________________</w:t>
      </w:r>
      <w:r>
        <w:t>__________________</w:t>
      </w:r>
    </w:p>
    <w:p w14:paraId="4F11BBAC" w14:textId="77777777" w:rsidR="00B31537" w:rsidRDefault="007A2A40">
      <w:r>
        <w:t>__________________________________________________________________________________________</w:t>
      </w:r>
    </w:p>
    <w:p w14:paraId="76599A1C" w14:textId="77777777" w:rsidR="00B31537" w:rsidRDefault="007A2A40">
      <w:r>
        <w:t>• One action you'll take after this workshop:</w:t>
      </w:r>
    </w:p>
    <w:p w14:paraId="5E75DB98" w14:textId="3675A5D5" w:rsidR="00B31537" w:rsidRDefault="007A2A40">
      <w:r>
        <w:t>__________________________________________________________________________________________</w:t>
      </w:r>
    </w:p>
    <w:sectPr w:rsidR="00B3153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55901"/>
    <w:rsid w:val="0029639D"/>
    <w:rsid w:val="00326F90"/>
    <w:rsid w:val="0038664E"/>
    <w:rsid w:val="007A2A40"/>
    <w:rsid w:val="00AA1D8D"/>
    <w:rsid w:val="00B31537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B482B8"/>
  <w14:defaultImageDpi w14:val="300"/>
  <w15:docId w15:val="{260F2B44-6F88-664E-8F5C-EA506B65D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F531517-9910-40BE-9A1D-D1B660AC4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Carol Raymond</cp:lastModifiedBy>
  <cp:revision>2</cp:revision>
  <dcterms:created xsi:type="dcterms:W3CDTF">2026-07-13T15:54:00Z</dcterms:created>
  <dcterms:modified xsi:type="dcterms:W3CDTF">2026-07-13T15:54:00Z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3004dd43d401f8176ed1e2f0f34a702e326f956154e8c99fe192d3370fe6ada6</vt:lpwstr>
  </property>
</Properties>
</file>